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9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요양보호 서비스 신청서</w:t>
      </w:r>
    </w:p>
    <w:p>
      <w:pPr>
        <w:spacing w:after="7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32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신청일자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희망 개시일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신청 경로</w:t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대상자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326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성별</w:t>
            </w:r>
          </w:p>
        </w:tc>
      </w:tr>
      <w:tr>
        <w:trPr>
          <w:trHeight w:val="326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장기요양 인정번호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장기요양 등급</w:t>
            </w:r>
          </w:p>
        </w:tc>
      </w:tr>
      <w:tr>
        <w:trPr>
          <w:trHeight w:val="326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483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동거 가족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주거 형태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엘리베이터 유무</w:t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보호자(신청인)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326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대상자와의 관계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</w:tr>
      <w:tr>
        <w:trPr>
          <w:trHeight w:val="326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비상 연락처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 가능 시간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이메일</w:t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희망 서비스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67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서비스 종류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주 횟수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희망 요일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희망 시간대</w:t>
            </w:r>
          </w:p>
        </w:tc>
      </w:tr>
      <w:tr>
        <w:trPr>
          <w:trHeight w:val="367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방문요양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67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방문목욕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67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방문간호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67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주·야간보호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생활 지원 필요 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26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식사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도움 필요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세면·목욕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도움 필요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이동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도움 필요</w:t>
            </w:r>
          </w:p>
        </w:tc>
      </w:tr>
      <w:tr>
        <w:trPr>
          <w:trHeight w:val="326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배설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도움 필요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가사 지원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도움 필요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외출 동행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도움 필요</w:t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서비스 제공 시 유의할 사항(선호하는 요양보호사 성별, 반려동물, 출입 방법 등)을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65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위와 같이 요양보호 서비스를 신청하며, 서비스 제공에 필요한 범위에서 개인정보 수집·이용에 동의합니다.</w:t>
      </w:r>
    </w:p>
    <w:p>
      <w:pPr>
        <w:spacing w:after="58" w:before="5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5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신청인(보호자) :                                        (서명 또는 인)</w:t>
      </w:r>
    </w:p>
    <w:p>
      <w:pPr>
        <w:spacing w:after="5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대상자 본인 :                                        (서명 또는 인)</w:t>
      </w:r>
    </w:p>
    <w:p>
      <w:pPr>
        <w:spacing w:after="0" w:before="43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장기요양등급이 없으면 급여가 적용되지 않아 전액 본인부담이 됩니다. 등급 신청은 국민건강보험공단에 하시고, 본인부담률과 급여 한도는 기관에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