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교  통  사  고     합  의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아래 당사자는 다음과 같은 교통사고에 대하여 합의한다.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갑(가해자)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차량번호</w:t>
            </w:r>
          </w:p>
        </w:tc>
        <w:tc>
          <w:tcPr>
            <w:tcW w:type="dxa" w:w="621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을(피해자)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차량번호</w:t>
            </w:r>
          </w:p>
        </w:tc>
        <w:tc>
          <w:tcPr>
            <w:tcW w:type="dxa" w:w="621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사고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사고일시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사고장소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사고 내용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피해 정도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합의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합의금액</w:t>
            </w:r>
          </w:p>
        </w:tc>
        <w:tc>
          <w:tcPr>
            <w:tcW w:type="dxa" w:w="8089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지급방법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지급계좌</w:t>
            </w:r>
          </w:p>
        </w:tc>
        <w:tc>
          <w:tcPr>
            <w:tcW w:type="dxa" w:w="8089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(합의금 지급)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갑은 위 합의금액을 위 지급일까지 위 지급방법으로 을에게 지급한다.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(민형사상 이의 제기 금지)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위 합의금을 수령함으로써 본 사고와 관련하여 갑에 대하여 민사상·형사상 어떠한 이의도 제기하지 않는다.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(추가 청구의 포기)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본 합의 이후 이 사고로 인한 추가적인 손해배상을 청구하지 않는다. 다만 합의 당시 예상하지 못한 새로운 피해가 확인되는 경우는 그러하지 아니하다.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(보험 처리와의 관계)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합의는 당사자 간의 합의이며, 보험회사를 통한 보상 절차가 별도로 진행되는 경우 그 절차와 결과에 따른다.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인적 피해가 있는 사고는 합의 전 진단 결과와 보험사·전문가 상담을 거친 후 신중하게 합의하십시오.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갑(가해자)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을(피해자)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