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업무용 차량 운행일지</w:t>
      </w:r>
    </w:p>
    <w:p>
      <w:pPr>
        <w:spacing w:after="12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기록 월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운행 기록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날짜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운전자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출발 전(km)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도착 후(km)</w:t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거리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목적지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운행 목적</w:t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월 총 거리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관리 책임자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2" w:before="10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관리 책임자 :                                        (서명 또는 인)</w:t>
      </w:r>
    </w:p>
    <w:p>
      <w:pPr>
        <w:spacing w:after="0" w:before="7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업무용 승용차 기록 요건은 세법과 국세청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