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출  장  신  청  서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부서(팀)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출장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7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출장지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출장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7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출장 일수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예상 복귀일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출장 목적</w:t>
      </w:r>
    </w:p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출장의 목적과 주요 활동을 구체적으로 기재하십시오. (예: 거래처 방문, 프로젝트 현장 점검, 교육 참석 등)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4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출장 예산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교통비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숙박비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식사비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 비용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 방법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업무 인수인계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업무대행자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상황 보고 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같이 출장을 신청하고자 하오니 승인하여 주시기 바랍니다.</w:t>
      </w:r>
    </w:p>
    <w:p>
      <w:pPr>
        <w:spacing w:after="53" w:before="5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7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2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49" w:hRule="atLeast"/>
        </w:trPr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부서장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인사담당자</w:t>
            </w:r>
          </w:p>
        </w:tc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대표이사</w:t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출장 예산은 실제 사용 가능한 예상액을 기재하고, 귀사 후 지급영수증과 함께 정산보고를 제출하십시오.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