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출  장     보  고  서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출장지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출장기간</w:t>
            </w:r>
          </w:p>
        </w:tc>
        <w:tc>
          <w:tcPr>
            <w:tcW w:type="dxa" w:w="513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출장목적</w:t>
            </w:r>
          </w:p>
        </w:tc>
        <w:tc>
          <w:tcPr>
            <w:tcW w:type="dxa" w:w="848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일정별 활동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방문처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면담자</w:t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</w:tr>
      <w:tr>
        <w:trPr>
          <w:trHeight w:val="39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53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주요 결과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출장의 성과와 후속 과제를 구분하여 작성하십시오.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6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소요 경비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금액(원)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353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</w:t>
            </w:r>
          </w:p>
        </w:tc>
        <w:tc>
          <w:tcPr>
            <w:tcW w:type="dxa" w:w="739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출장 결과를 보고합니다.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출장자 :                                        (서명 또는 인)</w:t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결재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담당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팀장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임원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대표</w:t>
            </w:r>
          </w:p>
        </w:tc>
      </w:tr>
      <w:tr>
        <w:trPr>
          <w:trHeight w:val="707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서명(날인)</w:t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출장 경비는 사내 경비 규정에 따라 정산하며, 관련 증빙서류를 첨부하여 제출하십시오.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