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영업양도양수계약서</w:t>
      </w:r>
    </w:p>
    <w:p>
      <w:pPr>
        <w:spacing w:after="112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9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0"/>
        </w:rPr>
        <w:t>양도인과 양수인은 아래 영업에 대하여 다음과 같이 양도양수계약을 체결한다.</w:t>
      </w:r>
    </w:p>
    <w:p>
      <w:pPr>
        <w:spacing w:after="45" w:before="8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양도인 / 양수인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506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양도인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06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양수인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8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영업장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0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업종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0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소재지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0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영업(신고·허가)번호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8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양도 조건 및 대금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0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권리금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포함 범위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시설·집기 / 재고 / 거래처 포함 여부</w:t>
            </w:r>
          </w:p>
        </w:tc>
      </w:tr>
      <w:tr>
        <w:trPr>
          <w:trHeight w:val="50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계약금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06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잔금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지급일(영업장 인도일)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미수금·미지급금 정산 기준, 직원 승계 여부, 임대차계약 승계 조건 등 특약사항을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393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5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위와 같이 계약을 체결하고 계약서 2부를 작성하여 각자 1부씩 보관한다.</w:t>
      </w:r>
    </w:p>
    <w:p>
      <w:pPr>
        <w:spacing w:after="89" w:before="89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양도인 :                                        (서명 또는 인)</w:t>
      </w:r>
    </w:p>
    <w:p>
      <w:pPr>
        <w:spacing w:after="8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양수인 :                                        (서명 또는 인)</w:t>
      </w:r>
    </w:p>
    <w:p>
      <w:pPr>
        <w:spacing w:after="0" w:before="67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임대차계약 승계와 영업자 지위승계신고 등 인허가 명의변경 절차는 관할 관청·임대인과 별도로 진행해야 합니다.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