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 휴업 사실 확인서</w:t>
      </w:r>
    </w:p>
    <w:p>
      <w:pPr>
        <w:spacing w:after="15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휴업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휴업 시작일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재개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휴업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목적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휴업하게 된 사유와 재개 조건을 사실대로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48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사업장이 위 기간 동안 영업을 하지 않고 있음을 확인합니다.</w:t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확인인(대표자) :                                        (서명 또는 인)</w:t>
      </w:r>
    </w:p>
    <w:p>
      <w:pPr>
        <w:spacing w:after="0" w:before="9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관청 휴업 신고가 필요한 업종은 해당 기관에 따로 신고하십시오.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