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 재개 사실 확인서</w:t>
      </w:r>
    </w:p>
    <w:p>
      <w:pPr>
        <w:spacing w:after="11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사업자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 장소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휴업 및 재개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휴업 시작일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휴업 종료일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 재개일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휴업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0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확인 항목</w:t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현재 상태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0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9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9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재개 사유</w:t>
      </w:r>
    </w:p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휴업 사유가 해소된 경위와 재개 후 영업 상황을 사실대로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5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내용이 사실임을 확인합니다.</w:t>
      </w:r>
    </w:p>
    <w:p>
      <w:pPr>
        <w:spacing w:after="90" w:before="9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확인자(대표자) :                                        (서명 또는 인)</w:t>
      </w:r>
    </w:p>
    <w:p>
      <w:pPr>
        <w:spacing w:after="0" w:before="6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관공서 제출용은 별도 신고 서식이 있을 수 있으니 제출처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