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영업 대표자 변경 사실 확인서</w:t>
      </w:r>
    </w:p>
    <w:p>
      <w:pPr>
        <w:spacing w:after="149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0" w:before="11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영업장 정보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61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상호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업종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61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소재지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0" w:before="11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대표자 변경 내용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61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변경 전 대표자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61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변경 후 대표자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61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변경일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변경 사유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60" w:before="119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경위 및 첨부 서류</w:t>
      </w:r>
    </w:p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대표자가 바뀐 경위와 첨부하는 서류(계약서 등)를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367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6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9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위와 같이 영업장의 대표자가 변경되었음을 확인합니다.</w:t>
      </w:r>
    </w:p>
    <w:p>
      <w:pPr>
        <w:spacing w:after="119" w:before="119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변경 전 대표자 :                                        (서명 또는 인)</w:t>
      </w:r>
    </w:p>
    <w:p>
      <w:pPr>
        <w:spacing w:after="119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변경 후 대표자 :                                        (서명 또는 인)</w:t>
      </w:r>
    </w:p>
    <w:p>
      <w:pPr>
        <w:spacing w:after="0" w:before="89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변경 신고의 방법과 기한은 관할 기관 안내를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