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 신고 대행 위임장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대행인에게 영업 신고에 관한 권한을 위임합니다.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(영업자)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대행인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신고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영업소 명칭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영업소 소재지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 종류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신고 종류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관청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위임 범위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위임 사항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표시(○)</w:t>
            </w:r>
          </w:p>
        </w:tc>
      </w:tr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위임 내용은 본인의 의사에 따른 것임을 확인합니다.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대행인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신고 요건과 제출 서류는 관할 관청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