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사업자등록 정정 신고 대리 위임장</w:t>
      </w:r>
    </w:p>
    <w:p>
      <w:pPr>
        <w:spacing w:after="10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본인은 아래 대리인에게 사업자등록 정정 신고에 관한 권한을 위임합니다.</w:t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사업자 (위임인)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사업자등록번호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사업장 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정정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289"/>
        <w:gridCol w:w="3289"/>
        <w:gridCol w:w="3289"/>
      </w:tblGrid>
      <w:tr>
        <w:trPr>
          <w:trHeight w:val="510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정정 항목</w:t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변경 전</w:t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변경 후</w:t>
            </w:r>
          </w:p>
        </w:tc>
      </w:tr>
      <w:tr>
        <w:trPr>
          <w:trHeight w:val="510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394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대리인 (수임인)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사업자와의 관계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위임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45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범위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사업자등록 정정 신고서 작성·제출 및 정정 사항이 반영된 사업자등록증 수령</w:t>
            </w:r>
          </w:p>
        </w:tc>
      </w:tr>
      <w:tr>
        <w:trPr>
          <w:trHeight w:val="453" w:hRule="atLeast"/>
        </w:trPr>
        <w:tc>
          <w:tcPr>
            <w:tcW w:type="dxa" w:w="177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 기간</w:t>
            </w:r>
          </w:p>
        </w:tc>
        <w:tc>
          <w:tcPr>
            <w:tcW w:type="dxa" w:w="808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  <w:t>20   년  월  일 ~ 20   년  월  일</w:t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위 위임 내용은 본인의 의사에 따른 것임을 확인합니다.</w:t>
      </w:r>
    </w:p>
    <w:p>
      <w:pPr>
        <w:spacing w:after="80" w:before="8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사업자(위임인) :                                        (서명 또는 인)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대리인(수임인) :                                        (서명 또는 인)</w:t>
      </w:r>
    </w:p>
    <w:p>
      <w:pPr>
        <w:spacing w:after="0" w:before="6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정정 가능 항목과 필요 서류는 관할 세무서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