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영업장 원상복구 확인서</w:t>
      </w:r>
    </w:p>
    <w:p>
      <w:pPr>
        <w:spacing w:after="132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3" w:before="10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영업장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7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업종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소재지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임차인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임대인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3" w:before="10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철거·복구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75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복구 내용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확인</w:t>
            </w:r>
          </w:p>
        </w:tc>
      </w:tr>
      <w:tr>
        <w:trPr>
          <w:trHeight w:val="675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5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5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5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5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5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67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복구 완료일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6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 영업장이 위 내역대로 원상복구되었음을 확인합니다.</w:t>
      </w:r>
    </w:p>
    <w:p>
      <w:pPr>
        <w:spacing w:after="106" w:before="106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임차인 :                                        (서명 또는 인)</w:t>
      </w:r>
    </w:p>
    <w:p>
      <w:pPr>
        <w:spacing w:after="10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임대인 :                                        (서명 또는 인)</w:t>
      </w:r>
    </w:p>
    <w:p>
      <w:pPr>
        <w:spacing w:after="0" w:before="79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복구 범위는 임대차 계약서 내용을 따르며, 제출처 요구 서류는 제출처에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