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사업계획서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기업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사업명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업종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설립예정일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사업 개요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사업 아이템과 핵심 가치를 요약하십시오.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시장 및 경쟁 분석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목표 시장 규모, 성장성, 경쟁사 현황과 자사의 강점을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제품·서비스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차별점</w:t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판매 전략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고객 확보·마케팅·가격 전략을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0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6. 소요 자금 및 조달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용도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조달방법</w:t>
            </w:r>
          </w:p>
        </w:tc>
      </w:tr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7. 추정 손익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1년차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2년차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3년차</w:t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8. 추진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단계</w:t>
            </w:r>
          </w:p>
        </w:tc>
        <w:tc>
          <w:tcPr>
            <w:tcW w:type="dxa" w:w="542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42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42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42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42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대표자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사업계획서는 참고용 구성입니다. 제출 기관(은행·투자기관·지원사업)이 별도 양식을 지정한 경우 그 양식을 우선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