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사업계획서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사업명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대표자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업종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아이템 요약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무엇을 파는 사업인지 한두 문장으로 적으십시오.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79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고객 및 시장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주요 고객층과 시장 상황을 간단히 적으십시오.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79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수익 모델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어떻게 돈을 버는지 적으십시오.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79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소요 자금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453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용도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금액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조달방법</w:t>
            </w:r>
          </w:p>
        </w:tc>
      </w:tr>
      <w:tr>
        <w:trPr>
          <w:trHeight w:val="453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추진 일정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단계</w:t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내용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기간</w:t>
            </w:r>
          </w:p>
        </w:tc>
      </w:tr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대표자 :                                        (서명 또는 인)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서식은 간편 작성용입니다. 제출 기관이 상세 사업계획서를 요구하면 표준형 서식을 사용하십시오.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