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영업허가(신고) 명의변경 동의서</w:t>
      </w:r>
    </w:p>
    <w:p>
      <w:pPr>
        <w:spacing w:after="135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8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양도인은 아래 영업의 허가(신고) 명의를 양수인으로 변경하는 데 동의합니다.</w:t>
      </w:r>
    </w:p>
    <w:p>
      <w:pPr>
        <w:spacing w:after="54" w:before="10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양도인 / 양수인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rHeight w:val="610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양도인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0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양수인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4" w:before="10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영업장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1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업종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소재지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기존 인허가(신고)번호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양도일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4" w:before="10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동의 내용</w:t>
      </w:r>
    </w:p>
    <w:p>
      <w:pPr>
        <w:spacing w:after="54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양도인은 위 영업장의 허가(신고) 명의를 양수인으로 변경하는 데 동의한다.</w:t>
      </w:r>
    </w:p>
    <w:p>
      <w:pPr>
        <w:spacing w:after="54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양도인은 명의변경 신고에 필요한 서류(인감증명서 등)를 제출하는 데 협조한다.</w:t>
      </w:r>
    </w:p>
    <w:p>
      <w:pPr>
        <w:spacing w:after="54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명의변경 이후 발생하는 영업상 권리·의무는 양수인에게 귀속된다.</w:t>
      </w:r>
    </w:p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그 밖에 확인이 필요한 사항이 있으면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374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8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위와 같이 명의변경에 동의하며 본 동의서를 관할 관청에 제출합니다.</w:t>
      </w:r>
    </w:p>
    <w:p>
      <w:pPr>
        <w:spacing w:after="108" w:before="10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양도인 :                                        (서명 또는 인)</w:t>
      </w:r>
    </w:p>
    <w:p>
      <w:pPr>
        <w:spacing w:after="10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양수인 :                                        (서명 또는 인)</w:t>
      </w:r>
    </w:p>
    <w:p>
      <w:pPr>
        <w:spacing w:after="0" w:before="81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업종별 첨부서류와 신고 기한은 관할 관청(시·군·구청) 인허가 담당 부서에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