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영업신고증 반납서</w:t>
      </w:r>
    </w:p>
    <w:p>
      <w:pPr>
        <w:spacing w:after="16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영업자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영업장 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12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신고증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신고증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신고일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81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영업 종료일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반납 매수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반납하는 사유를 적으십시오. 분실로 반납할 수 없으면 그 사유도 적습니다.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7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4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28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영업신고증을 반납합니다.</w:t>
      </w:r>
    </w:p>
    <w:p>
      <w:pPr>
        <w:spacing w:after="128" w:before="128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28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영업자 :                                        (서명 또는 인)</w:t>
      </w:r>
    </w:p>
    <w:p>
      <w:pPr>
        <w:spacing w:after="0" w:before="9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폐업 신고 등 필요한 절차는 담당 기관에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