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영업신고증 재발급 신청서</w:t>
      </w:r>
    </w:p>
    <w:p>
      <w:pPr>
        <w:spacing w:after="15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신청인(영업자)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영업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7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영업장 소재지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기존 신고번호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3" w:before="12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재발급 사유</w:t>
      </w:r>
    </w:p>
    <w:p>
      <w:pPr>
        <w:spacing w:after="63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[   ] 분실   [   ] 훼손   [   ] 기타</w:t>
      </w:r>
    </w:p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분실·훼손 경위와 시기를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3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영업신고증의 재발급을 신청합니다.</w:t>
      </w:r>
    </w:p>
    <w:p>
      <w:pPr>
        <w:spacing w:after="125" w:before="12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접수 방식·수수료·첨부 서류는 관할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