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폐업 신고 대리 위임장</w:t>
      </w:r>
    </w:p>
    <w:p>
      <w:pPr>
        <w:spacing w:after="14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사업자 폐업 신고에 관한 권한을 위임합니다.</w:t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(사업자)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폐업 예정일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사항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신고서 작성·제출   (   ) 부속 서류 수령   (   ) 결과 수령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폐업 신고 관련 서류를 사용합니다.</w:t>
      </w:r>
    </w:p>
    <w:p>
      <w:pPr>
        <w:spacing w:after="5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12" w:before="11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8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폐업 신고서와 첨부 서류는 접수처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