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3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영업 폐업 사실 확인서</w:t>
      </w:r>
    </w:p>
    <w:p>
      <w:pPr>
        <w:spacing w:after="156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사업장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9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상호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대표자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9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업종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9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사업장 주소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폐업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9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폐업일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제출처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9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폐업 사유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정리 내용</w:t>
      </w:r>
    </w:p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재고·집기 처분, 거래처 정산, 임대차 정리 상황을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660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5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영업을 폐업하였음을 확인합니다.</w:t>
      </w:r>
    </w:p>
    <w:p>
      <w:pPr>
        <w:spacing w:after="125" w:before="125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5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대표자 :                                        (서명 또는 인)</w:t>
      </w:r>
    </w:p>
    <w:p>
      <w:pPr>
        <w:spacing w:after="0" w:before="94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세무서 폐업 신고는 별도로 해야 하며, 제출처 요구 서류를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