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1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명  함  신  청  서</w:t>
      </w:r>
    </w:p>
    <w:p>
      <w:pPr>
        <w:spacing w:after="78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309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소속(부서)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직위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09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신청일자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사번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1" w:before="6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명함 표기 정보 (국문)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09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직위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09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부서(팀)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회사명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09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8090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09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휴대전화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사무실 전화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09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팩스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이메일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1" w:before="6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명함 표기 정보 (영문)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09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Name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Title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09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Department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Company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09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Mobile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Office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1" w:before="6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신청 내역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09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신청 구분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신규 / 재제작 / 정보변경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수량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 xml:space="preserve">       매 (      통)</w:t>
            </w:r>
          </w:p>
        </w:tc>
      </w:tr>
      <w:tr>
        <w:trPr>
          <w:trHeight w:val="309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명함 종류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단면 / 양면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납품 희망일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09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시안 확인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필요 / 불필요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회신 연락처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변경사항 및 요청사항 — 기존 명함과 달라지는 항목을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707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2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위와 같이 명함 제작을 신청합니다.</w:t>
      </w:r>
    </w:p>
    <w:p>
      <w:pPr>
        <w:spacing w:after="62" w:before="62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62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신청인 :                                        (서명 또는 인)</w:t>
      </w:r>
    </w:p>
    <w:p>
      <w:pPr>
        <w:spacing w:after="31" w:before="6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결재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530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결재</w:t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담당</w:t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팀장</w:t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임원</w:t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대표</w:t>
            </w:r>
          </w:p>
        </w:tc>
      </w:tr>
      <w:tr>
        <w:trPr>
          <w:trHeight w:val="530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0" w:before="47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표기 정보의 오탈자는 신청인이 최종 확인해야 합니다.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