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예  산     계  획  서</w:t>
      </w:r>
    </w:p>
    <w:p>
      <w:pPr>
        <w:spacing w:after="100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453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부서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회계연도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작성자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작성일자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예산 항목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rHeight w:val="453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구분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계정과목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산출근거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전년예산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당해예산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증감률</w:t>
            </w:r>
          </w:p>
        </w:tc>
      </w:tr>
      <w:tr>
        <w:trPr>
          <w:trHeight w:val="453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부문별 합계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453" w:hRule="atLeast"/>
        </w:trPr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전년예산 합계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당해예산 합계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증감률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비고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편성 방침</w:t>
      </w:r>
    </w:p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편성 방침 — 예산 수립의 기본 방향과 중점 과제를 기재하십시오.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1134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19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결재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1020" w:hRule="atLeast"/>
        </w:trPr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담당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팀장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본부장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대표</w:t>
            </w:r>
          </w:p>
        </w:tc>
      </w:tr>
      <w:tr>
        <w:trPr>
          <w:trHeight w:val="1020" w:hRule="atLeast"/>
        </w:trPr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0" w:before="6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실제 집행 단계의 세액 계산이나 세무 처리는 회계팀 또는 세무대리인에게 확인하십시오.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