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7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사 용 인 감 계</w:t>
      </w:r>
    </w:p>
    <w:p>
      <w:pPr>
        <w:spacing w:after="118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7" w:before="94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입찰 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0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입찰 건명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0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공고번호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발주처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7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7" w:before="94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업체 정보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0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상호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대표자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0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사업자등록번호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0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주소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7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7" w:before="94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사용인감 사용자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0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성명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직위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0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생년월일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0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사용 범위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  <w:t>입찰서 제출 및 계약 체결</w:t>
            </w:r>
          </w:p>
        </w:tc>
      </w:tr>
    </w:tbl>
    <w:p>
      <w:pPr>
        <w:spacing w:after="47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7" w:before="94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4. 사용인감 인영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3289"/>
        <w:gridCol w:w="3289"/>
        <w:gridCol w:w="3289"/>
      </w:tblGrid>
      <w:tr>
        <w:trPr>
          <w:trHeight w:val="1601" w:hRule="atLeast"/>
        </w:trPr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사용인감</w:t>
            </w:r>
          </w:p>
        </w:tc>
        <w:tc>
          <w:tcPr>
            <w:tcW w:type="dxa" w:w="394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  <w:t>(인)</w:t>
            </w:r>
          </w:p>
        </w:tc>
        <w:tc>
          <w:tcPr>
            <w:tcW w:type="dxa" w:w="394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  <w:t>(인)</w:t>
            </w:r>
          </w:p>
        </w:tc>
      </w:tr>
    </w:tbl>
    <w:p>
      <w:pPr>
        <w:spacing w:after="47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94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위 인감을 위 입찰 건의 사용인감으로 사용하겠으므로 신고합니다.</w:t>
      </w:r>
    </w:p>
    <w:p>
      <w:pPr>
        <w:spacing w:after="94" w:before="94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94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대표자 :                                        (서명 또는 인)</w:t>
      </w:r>
    </w:p>
    <w:p>
      <w:pPr>
        <w:spacing w:after="0" w:before="71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제출 방식과 첨부 서류는 입찰 공고문을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