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실  적  증  명  서</w:t>
      </w:r>
    </w:p>
    <w:p>
      <w:pPr>
        <w:spacing w:after="14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아래와 같이 계약을 이행하였음을 증명합니다.</w:t>
      </w:r>
    </w:p>
    <w:p>
      <w:pPr>
        <w:spacing w:after="58" w:before="11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신청 회사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상호(법인명)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8" w:before="11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계약 이행 실적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65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계약명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발주기관</w:t>
            </w:r>
          </w:p>
        </w:tc>
        <w:tc>
          <w:tcPr>
            <w:tcW w:type="dxa" w:w="187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계약기간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계약금액</w:t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이행상태</w:t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65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87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87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87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87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87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8" w:before="11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발급기관 확인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발급기관명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부서·담당자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발급번호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발급일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0" w:before="87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실적 인정 기간·금액 기준은 입찰 공고문의 참가자격을 우선 확인하십시오.</w:t>
      </w:r>
    </w:p>
    <w:p>
      <w:pPr>
        <w:spacing w:after="116" w:before="11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발급기관 (직인) :                                        (서명 또는 인)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