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 질의서</w:t>
      </w:r>
    </w:p>
    <w:p>
      <w:pPr>
        <w:spacing w:after="12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공고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발주기관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질의 업체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질의일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질의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쪽수·조항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질의 내용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회신(발주기관 기재)</w:t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7" w:before="9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질의 업체 대표자 :                                        (서명 또는 인)</w:t>
      </w:r>
    </w:p>
    <w:p>
      <w:pPr>
        <w:spacing w:after="0" w:before="7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질의 접수 기한과 방법은 입찰공고문의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