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입찰보증금 지급각서</w:t>
      </w:r>
    </w:p>
    <w:p>
      <w:pPr>
        <w:spacing w:after="15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입찰자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입찰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건명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발주기관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0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입찰보증금액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금                         원 (₩                    )</w:t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지급 약속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본인은 위 입찰에서 낙찰자로 결정되고도 정해진 기한 안에 계약을 체결하지 않는 경우, 위 입찰보증금액을 발주기관에 납부하겠습니다.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입찰공고문에 정해진 입찰 조건과 계약 조건을 모두 확인하였으며 이에 동의합니다.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낙찰자로 결정되지 않은 경우 이 각서의 반환을 요청할 수 있습니다.</w:t>
      </w:r>
    </w:p>
    <w:p>
      <w:pPr>
        <w:spacing w:after="126" w:before="12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입찰자 (대표자) :                                        (서명 또는 인)</w:t>
      </w:r>
    </w:p>
    <w:p>
      <w:pPr>
        <w:spacing w:after="12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귀하</w:t>
      </w:r>
    </w:p>
    <w:p>
      <w:pPr>
        <w:spacing w:after="0" w:before="9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지급각서 인정 여부와 보증금액은 입찰공고문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