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입찰 제출서류 목록표</w:t>
      </w:r>
    </w:p>
    <w:p>
      <w:pPr>
        <w:spacing w:after="14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8" w:before="11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입찰 건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4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입찰 건명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4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공고번호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4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업체명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8" w:before="11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제출서류 확인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66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서류명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준비 여부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쪽수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66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6" w:before="11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확인자 :                                        (서명 또는 인)</w:t>
      </w:r>
    </w:p>
    <w:p>
      <w:pPr>
        <w:spacing w:after="0" w:before="87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제출서류의 종류와 원본·사본 요구는 입찰 공고문을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