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입찰보증금 반환 청구서</w:t>
      </w:r>
    </w:p>
    <w:p>
      <w:pPr>
        <w:spacing w:after="10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2" w:before="8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청구인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3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업체명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2" w:before="8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입찰 및 보증금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3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입찰 건명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공고번호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개찰일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보증금액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납부일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납부 방법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반환 사유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2" w:before="8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반환 계좌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3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은행명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계좌번호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예금주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첨부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납부 영수증 사본</w:t>
            </w:r>
          </w:p>
        </w:tc>
      </w:tr>
    </w:tbl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2" w:before="8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청구 내용</w:t>
      </w:r>
    </w:p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필요한 경우 반환을 청구하는 사유나 요청 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433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4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입찰보증금의 반환을 청구합니다.</w:t>
      </w:r>
    </w:p>
    <w:p>
      <w:pPr>
        <w:spacing w:after="84" w:before="8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청구인 (대표자) :                                        (서명 또는 인)</w:t>
      </w:r>
    </w:p>
    <w:p>
      <w:pPr>
        <w:spacing w:after="0" w:before="63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반환 방식과 제출처는 입찰 공고문과 발주처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