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금융거래(계좌) 위임장</w:t>
      </w:r>
    </w:p>
    <w:p>
      <w:pPr>
        <w:spacing w:after="13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금융거래에 관한 권한을 위임합니다.</w:t>
      </w:r>
    </w:p>
    <w:p>
      <w:pPr>
        <w:spacing w:after="54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(계좌 명의인)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거래 은행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예금 인출·이체, 계좌 조회, 통장(카드) 재발급</w:t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범위를 벗어나 거래하거나 자금을 다른 목적으로 사용하지 않습니다.</w:t>
      </w:r>
    </w:p>
    <w:p>
      <w:pPr>
        <w:spacing w:after="5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본 위임은 위임인이 별도로 철회하기 전까지 유효합니다.</w:t>
      </w:r>
    </w:p>
    <w:p>
      <w:pPr>
        <w:spacing w:after="10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107" w:before="10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0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8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은행에 따라 신분증 사본·인감증명서 등 추가 서류를 요구할 수 있으니 방문 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