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59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출석부</w:t>
      </w:r>
    </w:p>
    <w:p>
      <w:pPr>
        <w:spacing w:after="148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588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학급(반)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월</w:t>
            </w:r>
          </w:p>
        </w:tc>
      </w:tr>
      <w:tr>
        <w:trPr>
          <w:trHeight w:val="588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담임교사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</w:tblGrid>
      <w:tr>
        <w:trPr>
          <w:trHeight w:val="673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이름</w:t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1</w:t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2</w:t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3</w:t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4</w:t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5</w:t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6</w:t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7</w:t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8</w:t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9</w:t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10</w:t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11</w:t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12</w:t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13</w:t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14</w:t>
            </w:r>
          </w:p>
        </w:tc>
      </w:tr>
      <w:tr>
        <w:trPr>
          <w:trHeight w:val="673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73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73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73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73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73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73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73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73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73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73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73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0" w:before="89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출석(○), 결석(×), 지각(△), 공결(◎) 등의 기호로 표기하십시오. 월별로 나누어 사용하거나 학기 초 여러 장을 미리 인쇄하여 활용하면 편리합니다.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