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비  품     관  리  대  장</w:t>
      </w:r>
    </w:p>
    <w:p>
      <w:pPr>
        <w:spacing w:after="15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비품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취득일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보관부서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관리자</w:t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신규 취득 또는 폐기 시 즉시 갱신하고, 현품과 대장이 일치하는지 정기적으로 대조하십시오.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