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자  산     인  수  인  계  서</w:t>
      </w:r>
    </w:p>
    <w:p>
      <w:pPr>
        <w:spacing w:after="100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453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인계자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인수자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53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인계부서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인수부서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53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인수인계일</w:t>
            </w:r>
          </w:p>
        </w:tc>
        <w:tc>
          <w:tcPr>
            <w:tcW w:type="dxa" w:w="8286"/>
            <w:gridSpan w:val="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0" w:before="80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1. 인계 자산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644"/>
        <w:gridCol w:w="1644"/>
        <w:gridCol w:w="1644"/>
        <w:gridCol w:w="1644"/>
        <w:gridCol w:w="1644"/>
        <w:gridCol w:w="1644"/>
      </w:tblGrid>
      <w:tr>
        <w:trPr>
          <w:trHeight w:val="510" w:hRule="atLeast"/>
        </w:trPr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No</w:t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자산명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자산번호</w:t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수량</w:t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상태</w:t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비고</w:t>
            </w:r>
          </w:p>
        </w:tc>
      </w:tr>
      <w:tr>
        <w:trPr>
          <w:trHeight w:val="510" w:hRule="atLeast"/>
        </w:trPr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510" w:hRule="atLeast"/>
        </w:trPr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510" w:hRule="atLeast"/>
        </w:trPr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510" w:hRule="atLeast"/>
        </w:trPr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510" w:hRule="atLeast"/>
        </w:trPr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510" w:hRule="atLeast"/>
        </w:trPr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0" w:before="80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2. 계정 및 권한 인계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510" w:hRule="atLeast"/>
        </w:trPr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시스템/계정</w:t>
            </w:r>
          </w:p>
        </w:tc>
        <w:tc>
          <w:tcPr>
            <w:tcW w:type="dxa" w:w="27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접속정보</w:t>
            </w:r>
          </w:p>
        </w:tc>
        <w:tc>
          <w:tcPr>
            <w:tcW w:type="dxa" w:w="27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인계 방법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비고</w:t>
            </w:r>
          </w:p>
        </w:tc>
      </w:tr>
      <w:tr>
        <w:trPr>
          <w:trHeight w:val="510" w:hRule="atLeast"/>
        </w:trPr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7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7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510" w:hRule="atLeast"/>
        </w:trPr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7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7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510" w:hRule="atLeast"/>
        </w:trPr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7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7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510" w:hRule="atLeast"/>
        </w:trPr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7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7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0" w:before="80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3. 특이사항</w:t>
      </w:r>
    </w:p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추후 확인이 필요한 사항이나 별도 보관 중인 물품을 기재하십시오.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9866"/>
      </w:tblGrid>
      <w:tr>
        <w:trPr>
          <w:trHeight w:val="907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19"/>
              </w:rPr>
            </w:r>
          </w:p>
        </w:tc>
      </w:tr>
    </w:tbl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80" w:before="80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20        년        월        일</w:t>
      </w:r>
    </w:p>
    <w:p>
      <w:pPr>
        <w:spacing w:after="80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인계자 :                                        (서명 또는 인)</w:t>
      </w:r>
    </w:p>
    <w:p>
      <w:pPr>
        <w:spacing w:after="80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인수자 :                                        (서명 또는 인)</w:t>
      </w:r>
    </w:p>
    <w:p>
      <w:pPr>
        <w:spacing w:after="80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입회자 :                                        (서명 또는 인)</w:t>
      </w: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