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위  촉  계  약  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위촉자와 수탁자는 다음과 같이 업무 위촉계약을 체결한다.</w:t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위촉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위촉 업무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위촉기간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업무 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금                        원정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원천징수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해당 / 비해당</w:t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시기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위촉자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상호(성명)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대표자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주소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연락처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수탁자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성명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생년월일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주소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연락처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제1조 (목적)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이 계약은 위촉자가 수탁자에게 위 업무를 위촉하고 수탁자가 이를 수행함에 필요한 사항을 정함을 목적으로 한다.</w:t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제2조 (업무의 수행)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수탁자는 전문성을 바탕으로 위촉 업무를 성실히 수행하며, 업무 수행의 방법과 시간은 수탁자가 스스로 정한다.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위촉자는 업무 수행에 필요한 자료와 장소를 협의하여 제공한다.</w:t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제3조 (보수의 지급)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위촉자는 위 표에 정한 보수를 정해진 시기에 수탁자에게 지급한다.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원천징수 대상인 경우 관련 법령이 정하는 세액을 공제하고 지급한다.</w:t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제4조 (비밀유지)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수탁자는 업무 수행 중 알게 된 위촉자의 영업비밀과 개인정보를 제3자에게 누설하지 아니하며, 이 의무는 계약 종료 후에도 존속한다.</w:t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제5조 (계약의 해지)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당사자 일방이 계약상 의무를 중대하게 위반한 경우 상대방은 상당한 기간을 정해 시정을 요구한 후 계약을 해지할 수 있다.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해지 시 이미 수행한 업무에 대한 보수는 수행 정도에 따라 정산한다.</w:t>
      </w:r>
    </w:p>
    <w:p>
      <w:pPr>
        <w:spacing w:after="64" w:before="16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제6조 (기타)</w:t>
      </w:r>
    </w:p>
    <w:p>
      <w:pPr>
        <w:spacing w:after="64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이 계약은 위촉 관계로서 근로계약이 아니며, 정하지 아니한 사항은 관계 법령과 상관례에 따른다.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특약사항 — 계약 연장, 비용 부담, 결과물 이용 범위 등 추가로 합의한 내용을 기재하십시오.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위촉자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수탁자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근로자성 판단과 세무 처리는 계약 형태에 따라 달라질 수 있으므로 제출처 또는 전문가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