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휴가 업무 대행자 지정서</w:t>
      </w:r>
    </w:p>
    <w:p>
      <w:pPr>
        <w:spacing w:after="11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휴가자 및 대행자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휴가자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부서(직위)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대행자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부서(직위)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휴가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휴가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급한 연락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대행 업무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업무</w:t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처리 범위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관련 자료 위치</w:t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전달 사항</w:t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대행자가 알아야 할 주의사항과 판단이 어려울 때 확인할 사람을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2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1" w:before="9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휴가자 :                                        (서명 또는 인)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대행자 :                                        (서명 또는 인)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부서장 :                                        (서명 또는 인)</w:t>
      </w:r>
    </w:p>
    <w:p>
      <w:pPr>
        <w:spacing w:after="0" w:before="6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결재·계약 등 권한이 필요한 업무는 회사의 위임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