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6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연차 사용 현황 확인서</w:t>
      </w:r>
    </w:p>
    <w:p>
      <w:pPr>
        <w:spacing w:after="114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확인 대상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1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회사명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부서(팀)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1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근로자 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입사일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1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기준 기간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발생 연차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사용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6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사용일</w:t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일수</w:t>
            </w:r>
          </w:p>
        </w:tc>
        <w:tc>
          <w:tcPr>
            <w:tcW w:type="dxa" w:w="443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사유(비고)</w:t>
            </w:r>
          </w:p>
        </w:tc>
      </w:tr>
      <w:tr>
        <w:trPr>
          <w:trHeight w:val="516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43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6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43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6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43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6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43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6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43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6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43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6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43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정리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1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 합계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잔여 일수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1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확인일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특이사항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1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연차 사용 현황을 회사와 근로자가 함께 확인하였습니다.</w:t>
      </w:r>
    </w:p>
    <w:p>
      <w:pPr>
        <w:spacing w:after="91" w:before="91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1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회사 :                                        (서명 또는 인)</w:t>
      </w:r>
    </w:p>
    <w:p>
      <w:pPr>
        <w:spacing w:after="91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근로자 :                                        (서명 또는 인)</w:t>
      </w:r>
    </w:p>
    <w:p>
      <w:pPr>
        <w:spacing w:after="0" w:before="68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연차 발생·정산 기준은 근로계약과 취업규칙, 고용노동부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