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시기 지정 통보서 (2차)</w:t>
      </w:r>
    </w:p>
    <w:p>
      <w:pPr>
        <w:spacing w:after="12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대상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1차 통지일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남은 연차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회사가 지정한 사용 일자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일자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통보 내용</w:t>
      </w:r>
    </w:p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지정한 날짜에 연차를 사용하도록 알리는 문구를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9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대표 :                                        (서명 또는 인)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수령 근로자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통보 시기와 방식은 근로기준법과 고용노동부 안내를 확인하십시오. 교부 기록을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