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시기 협의 기록서</w:t>
      </w:r>
    </w:p>
    <w:p>
      <w:pPr>
        <w:spacing w:after="14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협의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협의 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협의 장소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 측 담당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잔여 연차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협의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793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근로자 의견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회사 의견</w:t>
            </w:r>
          </w:p>
        </w:tc>
      </w:tr>
      <w:tr>
        <w:trPr>
          <w:trHeight w:val="793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3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93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합의 결과</w:t>
      </w:r>
    </w:p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합의한 연차 사용 시기와 일수를 적으십시오. 합의가 안 되면 미합의로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4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2" w:before="11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11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담당자 :                                        (서명 또는 인)</w:t>
      </w:r>
    </w:p>
    <w:p>
      <w:pPr>
        <w:spacing w:after="0" w:before="8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연차 사용 촉진 통지는 별도 서면 절차입니다. 회사 취업규칙을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