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9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대체 합의서</w:t>
      </w:r>
    </w:p>
    <w:p>
      <w:pPr>
        <w:spacing w:after="12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9" w:before="9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합의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2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부서(팀)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27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근로자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9" w:before="9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대체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5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대체할 날짜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요일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차감 일수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5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7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9" w:before="9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특약</w:t>
      </w:r>
    </w:p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잔여 연차가 부족한 경우의 처리 등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95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내용으로 연차휴가를 대체하기로 회사와 근로자가 합의하였음을 확인합니다.</w:t>
      </w:r>
    </w:p>
    <w:p>
      <w:pPr>
        <w:spacing w:after="98" w:before="9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:                                        (서명 또는 인)</w:t>
      </w:r>
    </w:p>
    <w:p>
      <w:pPr>
        <w:spacing w:after="9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0" w:before="74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대체 방식과 합의 주체는 취업규칙과 고용노동부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