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5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연차 사용 일정 변경 신청서</w:t>
      </w:r>
    </w:p>
    <w:p>
      <w:pPr>
        <w:spacing w:after="139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신청인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07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부서(팀)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직위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07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변경 구분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변경 전·후 일정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0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변경 전 일정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변경 후 일정</w:t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일수</w:t>
            </w:r>
          </w:p>
        </w:tc>
      </w:tr>
      <w:tr>
        <w:trPr>
          <w:trHeight w:val="70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0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0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0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변경 사유</w:t>
      </w:r>
    </w:p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일정을 바꾸거나 취소하려는 사유를 간단히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886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1" w:before="111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1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 :                                        (서명 또는 인)</w:t>
      </w:r>
    </w:p>
    <w:p>
      <w:pPr>
        <w:spacing w:after="111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승인자 :                                        (서명 또는 인)</w:t>
      </w:r>
    </w:p>
    <w:p>
      <w:pPr>
        <w:spacing w:after="0" w:before="83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변경 방식과 기한은 회사 규정을 확인하십시오. 승인 결과는 서면으로 보관하십시오.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