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4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연차 휴가 신청 취소서</w:t>
      </w:r>
    </w:p>
    <w:p>
      <w:pPr>
        <w:spacing w:after="16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신청자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2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소속·직위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2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신청일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취소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2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원래 휴가 기간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2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원래 일수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취소 일수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2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취소 구분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취소 사유</w:t>
      </w:r>
    </w:p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취소하는 이유를 간단히 적으십시오. 일부 취소라면 취소할 날짜도 함께 적습니다.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177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8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위와 같이 연차 휴가 신청의 취소를 요청합니다.</w:t>
      </w:r>
    </w:p>
    <w:p>
      <w:pPr>
        <w:spacing w:after="128" w:before="128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8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신청자 :                                        (서명 또는 인)</w:t>
      </w:r>
    </w:p>
    <w:p>
      <w:pPr>
        <w:spacing w:after="128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부서장 확인 :                                        (서명 또는 인)</w:t>
      </w:r>
    </w:p>
    <w:p>
      <w:pPr>
        <w:spacing w:after="0" w:before="96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취소 가능 시한과 잔여 연차 반영은 회사 취업규칙을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