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사용 시기 회신서</w:t>
      </w:r>
    </w:p>
    <w:p>
      <w:pPr>
        <w:spacing w:after="10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4" w:before="8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회신인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5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부서(팀)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통지서 수령일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4" w:before="8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연차휴가 현황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20" w:hRule="atLeast"/>
        </w:trPr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발생 일수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사용 일수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미사용 일수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회신 기한</w:t>
            </w:r>
          </w:p>
        </w:tc>
      </w:tr>
      <w:tr>
        <w:trPr>
          <w:trHeight w:val="620" w:hRule="atLeast"/>
        </w:trPr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4" w:before="8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연차 사용 예정일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9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513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사용 기간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일수</w:t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49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13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9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13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9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13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9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13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9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13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76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회사에 전달할 사항(업무 조정, 협의 요청 등)이 있으면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240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7" w:before="87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회신인 :                                        (서명 또는 인)</w:t>
      </w:r>
    </w:p>
    <w:p>
      <w:pPr>
        <w:spacing w:after="8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접수 담당자 :                                        (서명 또는 인)</w:t>
      </w:r>
    </w:p>
    <w:p>
      <w:pPr>
        <w:spacing w:after="0" w:before="6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회신 방식과 기한은 회사 안내와 고용노동부 안내를 확인하십시오. 제출 기록을 보관하십시오.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