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이행 기록표</w:t>
      </w:r>
    </w:p>
    <w:p>
      <w:pPr>
        <w:spacing w:after="11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근로자별 이행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남은 연차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1차 통지일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근로자 회신일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2차 통보일</w:t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5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67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진행 중 특이사항(휴직자, 퇴사 예정자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9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담당자 :                                        (서명 또는 인)</w:t>
      </w:r>
    </w:p>
    <w:p>
      <w:pPr>
        <w:spacing w:after="9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승인자 :                                        (서명 또는 인)</w:t>
      </w:r>
    </w:p>
    <w:p>
      <w:pPr>
        <w:spacing w:after="0" w:before="7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통지서·회신서 원본은 별도로 보관하십시오. 기한과 방식은 회사 규정과 관련 법령을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