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촉진 통지서 (1차)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대상 근로자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연차 사용기간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연차휴가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907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발생 일수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일수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미사용 일수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회신 기한</w:t>
            </w:r>
          </w:p>
        </w:tc>
      </w:tr>
      <w:tr>
        <w:trPr>
          <w:trHeight w:val="907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통지 내용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남은 연차의 사용 시기를 정해 회신 기한까지 회사에 알려 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대표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수령 근로자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통지 시기와 방식은 근로기준법과 고용노동부 안내를 확인하십시오. 통지서 사본을 보관하십시오.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