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촉진 제외 대상자 확인서</w:t>
      </w:r>
    </w:p>
    <w:p>
      <w:pPr>
        <w:spacing w:after="10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기본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2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대상 연도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2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 기준일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대상자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부서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사유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해당 기간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남은 연차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처리 방법</w:t>
            </w:r>
          </w:p>
        </w:tc>
      </w:tr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특이사항</w:t>
      </w:r>
    </w:p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근거로 삼은 규정이나 근로자와 협의한 내용이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2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5" w:before="8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담당자 :                                        (서명 또는 인)</w:t>
      </w:r>
    </w:p>
    <w:p>
      <w:pPr>
        <w:spacing w:after="8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대표자 :                                        (서명 또는 인)</w:t>
      </w:r>
    </w:p>
    <w:p>
      <w:pPr>
        <w:spacing w:after="0" w:before="6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제외 여부와 처리 방법은 취업규칙과 노동관서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