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사용계획 제출 요청서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 대상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발생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남은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제출 안내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추가 안내 사항이 있으면 적으십시오 (사용 가능 기간, 부서 일정 조율 등).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위와 같이 연차 사용계획의 제출을 요청합니다.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요청자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수령 확인(근로자)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법에 따른 연차 사용 촉진은 정해진 통지 절차와 기한을 따라야 합니다. 고용노동부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