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사용계획 미제출 안내서</w:t>
      </w:r>
    </w:p>
    <w:p>
      <w:pPr>
        <w:spacing w:after="12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대상 근로자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안내일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제출 요청 및 기한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7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최초 요청일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당초 제출 기한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7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다시 정한 기한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방법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7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대상 기간</w:t>
            </w:r>
          </w:p>
        </w:tc>
        <w:tc>
          <w:tcPr>
            <w:tcW w:type="dxa" w:w="7891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안내 내용과 그 밖의 전달 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89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수령 확인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7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전달 방법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수령일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7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비고</w:t>
            </w:r>
          </w:p>
        </w:tc>
        <w:tc>
          <w:tcPr>
            <w:tcW w:type="dxa" w:w="7891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3" w:before="10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담당자 :                                        (서명 또는 인)</w:t>
      </w:r>
    </w:p>
    <w:p>
      <w:pPr>
        <w:spacing w:after="10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근로자 확인 :                                        (서명 또는 인)</w:t>
      </w:r>
    </w:p>
    <w:p>
      <w:pPr>
        <w:spacing w:after="0" w:before="7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촉진 절차의 기한과 방식은 법령과 회사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