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연차수당 정산 내역서</w:t>
      </w:r>
    </w:p>
    <w:p>
      <w:pPr>
        <w:spacing w:after="11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근로자 및 정산 기간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소속·직위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정산 기준일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정산 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연차 현황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발생 일수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이월 일수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일수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미사용 일수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수당 산정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40" w:hRule="atLeast"/>
        </w:trPr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일수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일급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지급액</w:t>
            </w:r>
          </w:p>
        </w:tc>
      </w:tr>
      <w:tr>
        <w:trPr>
          <w:trHeight w:val="540" w:hRule="atLeast"/>
        </w:trPr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0" w:hRule="atLeast"/>
        </w:trPr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0" w:hRule="atLeast"/>
        </w:trPr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합계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예정일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정산 내역을 확인하였습니다.</w:t>
      </w:r>
    </w:p>
    <w:p>
      <w:pPr>
        <w:spacing w:after="95" w:before="9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담당자 :                                        (서명 또는 인)</w:t>
      </w:r>
    </w:p>
    <w:p>
      <w:pPr>
        <w:spacing w:after="9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 :                                        (서명 또는 인)</w:t>
      </w:r>
    </w:p>
    <w:p>
      <w:pPr>
        <w:spacing w:after="0" w:before="7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일급 산정 방식과 지급 의무는 회사 규정과 관련 법령을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