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6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연차 사용 촉진 통지 반송 확인서</w:t>
      </w:r>
    </w:p>
    <w:p>
      <w:pPr>
        <w:spacing w:after="115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대상 근로자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88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8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직위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발송 대장 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최초 통지 및 반송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88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통지 차수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발송일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8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발송 방법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반송일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8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반송 사유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재발송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23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회차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재발송일</w:t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방법</w:t>
            </w:r>
          </w:p>
        </w:tc>
        <w:tc>
          <w:tcPr>
            <w:tcW w:type="dxa" w:w="414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전달 결과</w:t>
            </w:r>
          </w:p>
        </w:tc>
      </w:tr>
      <w:tr>
        <w:trPr>
          <w:trHeight w:val="523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14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23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14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23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14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반송 경위와 그 밖의 조치 사항을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569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2" w:before="92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담당자 :                                        (서명 또는 인)</w:t>
      </w:r>
    </w:p>
    <w:p>
      <w:pPr>
        <w:spacing w:after="9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확인자 :                                        (서명 또는 인)</w:t>
      </w:r>
    </w:p>
    <w:p>
      <w:pPr>
        <w:spacing w:after="0" w:before="69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촉진 절차의 기한과 방식은 법령과 회사 규정을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