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촉진 통지 수령 확인서</w:t>
      </w:r>
    </w:p>
    <w:p>
      <w:pPr>
        <w:spacing w:after="15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수령인(근로자)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통지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통지 종류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통지서 작성일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전달 방법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수령일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미사용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회신 기한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전달 경위나 수령 시 특이사항(이메일 발송 기록, 대리 수령 등)이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6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통지서를 위 날짜에 받았음을 확인합니다.</w:t>
      </w:r>
    </w:p>
    <w:p>
      <w:pPr>
        <w:spacing w:after="127" w:before="12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수령인 :                                        (서명 또는 인)</w:t>
      </w:r>
    </w:p>
    <w:p>
      <w:pPr>
        <w:spacing w:after="12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담당자 :                                        (서명 또는 인)</w:t>
      </w:r>
    </w:p>
    <w:p>
      <w:pPr>
        <w:spacing w:after="0" w:before="9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촉진 절차의 요건과 기한은 고용노동부 안내와 회사 규정을 확인하십시오. 통지서와 함께 보관하십시오.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