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사용 촉진 통지 발송 대장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기본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대상 연도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작성 기간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발송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88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수신자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발송일</w:t>
            </w:r>
          </w:p>
        </w:tc>
        <w:tc>
          <w:tcPr>
            <w:tcW w:type="dxa" w:w="128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발송 방법</w:t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수신 확인 방법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확인일</w:t>
            </w:r>
          </w:p>
        </w:tc>
        <w:tc>
          <w:tcPr>
            <w:tcW w:type="dxa" w:w="207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8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28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07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8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28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07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8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28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07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8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28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07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8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28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07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8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28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07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8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28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07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8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28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07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8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28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07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59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88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28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48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07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확인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반송, 재발송, 특이사항을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담당자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확인자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촉진 절차의 적법 여부는 사업장 사정에 따라 다릅니다. 노무 담당자와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