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연차휴가 일괄 사용 합의서</w:t>
      </w:r>
    </w:p>
    <w:p>
      <w:pPr>
        <w:spacing w:after="151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2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합의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6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근로자대표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부서·직위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2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일괄 사용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6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일괄 사용일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대상 범위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차감 일수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시행 부서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2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특약</w:t>
      </w:r>
    </w:p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연차가 모자란 직원, 입사 1년 미만 직원의 처리 방법 등 합의한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307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내용으로 연차휴가를 일괄 사용하기로 회사와 근로자대표가 서면으로 합의합니다.</w:t>
      </w:r>
    </w:p>
    <w:p>
      <w:pPr>
        <w:spacing w:after="120" w:before="12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대표자 :                                        (서명 또는 인)</w:t>
      </w:r>
    </w:p>
    <w:p>
      <w:pPr>
        <w:spacing w:after="12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근로자대표 :                                        (서명 또는 인)</w:t>
      </w:r>
    </w:p>
    <w:p>
      <w:pPr>
        <w:spacing w:after="0" w:before="9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합의의 효력과 대상 범위는 회사 규정과 관련 법령을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